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94182" w14:textId="77777777" w:rsidR="00637913" w:rsidRDefault="000C5919">
      <w:r>
        <w:rPr>
          <w:b/>
          <w:color w:val="167D87"/>
          <w:sz w:val="16"/>
        </w:rPr>
        <w:t>TRANSPORT COMPLIANCE  /  DRIVER MANAGEMENT</w:t>
      </w:r>
    </w:p>
    <w:p w14:paraId="7F83E9A3" w14:textId="43FB1266" w:rsidR="00637913" w:rsidRDefault="000C5919" w:rsidP="001437E7">
      <w:r>
        <w:rPr>
          <w:b/>
          <w:sz w:val="38"/>
        </w:rPr>
        <w:t>Transport Compliance</w:t>
      </w:r>
      <w:r w:rsidR="00BB7D58">
        <w:rPr>
          <w:b/>
          <w:sz w:val="38"/>
        </w:rPr>
        <w:t xml:space="preserve"> Driver</w:t>
      </w:r>
      <w:r>
        <w:rPr>
          <w:b/>
          <w:sz w:val="38"/>
        </w:rPr>
        <w:t xml:space="preserve"> Interview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604EEF9C" w14:textId="77777777">
        <w:tc>
          <w:tcPr>
            <w:tcW w:w="10166" w:type="dxa"/>
            <w:shd w:val="clear" w:color="auto" w:fill="17324D"/>
          </w:tcPr>
          <w:p w14:paraId="02A71EA2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01   INTERVIEW DETAILS</w:t>
            </w:r>
          </w:p>
        </w:tc>
      </w:tr>
    </w:tbl>
    <w:p w14:paraId="4F4B2DCF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1817DAFD" w14:textId="77777777">
        <w:tc>
          <w:tcPr>
            <w:tcW w:w="5083" w:type="dxa"/>
            <w:shd w:val="clear" w:color="auto" w:fill="EAF1F4"/>
          </w:tcPr>
          <w:p w14:paraId="12292B87" w14:textId="475833B7" w:rsidR="00637913" w:rsidRDefault="000C5919">
            <w:r>
              <w:rPr>
                <w:b/>
                <w:color w:val="5B6975"/>
                <w:sz w:val="16"/>
              </w:rPr>
              <w:t>Driver name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50779EE7" w14:textId="25C33BFA" w:rsidR="00637913" w:rsidRDefault="000C5919">
            <w:r>
              <w:rPr>
                <w:b/>
                <w:color w:val="5B6975"/>
                <w:sz w:val="16"/>
              </w:rPr>
              <w:t>Interview date / time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6638D1EE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3A0A476E" w14:textId="77777777">
        <w:tc>
          <w:tcPr>
            <w:tcW w:w="5083" w:type="dxa"/>
            <w:shd w:val="clear" w:color="auto" w:fill="EAF1F4"/>
          </w:tcPr>
          <w:p w14:paraId="2CDA963E" w14:textId="2D732B88" w:rsidR="00637913" w:rsidRDefault="000C5919">
            <w:r>
              <w:rPr>
                <w:b/>
                <w:color w:val="5B6975"/>
                <w:sz w:val="16"/>
              </w:rPr>
              <w:t xml:space="preserve">Company / </w:t>
            </w:r>
            <w:r w:rsidR="001437E7">
              <w:rPr>
                <w:b/>
                <w:color w:val="5B6975"/>
                <w:sz w:val="16"/>
              </w:rPr>
              <w:t>Branch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58C288E3" w14:textId="3659BF33" w:rsidR="00637913" w:rsidRDefault="000C5919">
            <w:r>
              <w:rPr>
                <w:b/>
                <w:color w:val="5B6975"/>
                <w:sz w:val="16"/>
              </w:rPr>
              <w:t>Interviewer name and position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37630E12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492DB4FD" w14:textId="77777777">
        <w:tc>
          <w:tcPr>
            <w:tcW w:w="5083" w:type="dxa"/>
            <w:shd w:val="clear" w:color="auto" w:fill="EAF1F4"/>
          </w:tcPr>
          <w:p w14:paraId="6E1F8A79" w14:textId="6AA9911B" w:rsidR="00637913" w:rsidRDefault="000C5919">
            <w:r>
              <w:rPr>
                <w:b/>
                <w:color w:val="5B6975"/>
                <w:sz w:val="16"/>
              </w:rPr>
              <w:t>Vehicle / asset (if relevant)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4B103E2A" w14:textId="2C08DA40" w:rsidR="00637913" w:rsidRDefault="000C5919">
            <w:r>
              <w:rPr>
                <w:b/>
                <w:color w:val="5B6975"/>
                <w:sz w:val="16"/>
              </w:rPr>
              <w:t>Interview reference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79851EAE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56B175ED" w14:textId="77777777">
        <w:tc>
          <w:tcPr>
            <w:tcW w:w="10166" w:type="dxa"/>
            <w:shd w:val="clear" w:color="auto" w:fill="17324D"/>
          </w:tcPr>
          <w:p w14:paraId="02F6F213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02   ISSUE AND DRIVER EXPLANATION</w:t>
            </w:r>
          </w:p>
        </w:tc>
      </w:tr>
    </w:tbl>
    <w:p w14:paraId="7105F9B0" w14:textId="77777777" w:rsidR="00637913" w:rsidRDefault="00637913">
      <w:pPr>
        <w:spacing w:after="0"/>
      </w:pPr>
    </w:p>
    <w:p w14:paraId="0D48B7B2" w14:textId="77777777" w:rsidR="00637913" w:rsidRDefault="000C5919">
      <w:pPr>
        <w:spacing w:after="80"/>
      </w:pPr>
      <w:r>
        <w:rPr>
          <w:color w:val="5B6975"/>
          <w:sz w:val="17"/>
        </w:rPr>
        <w:t>Record the transport-related concern, the facts and supporting evidence. Use this form for safety, vehicle defects, conduct, procedures, incidents or other operational compliance matters.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282F3966" w14:textId="77777777">
        <w:tc>
          <w:tcPr>
            <w:tcW w:w="5083" w:type="dxa"/>
            <w:shd w:val="clear" w:color="auto" w:fill="EAF1F4"/>
          </w:tcPr>
          <w:p w14:paraId="39BBEABA" w14:textId="1BE8EB8F" w:rsidR="00637913" w:rsidRDefault="000C5919">
            <w:r>
              <w:rPr>
                <w:b/>
                <w:color w:val="5B6975"/>
                <w:sz w:val="16"/>
              </w:rPr>
              <w:t>Date(s) of event / concern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7928AAD9" w14:textId="51A19A93" w:rsidR="00637913" w:rsidRDefault="000C5919">
            <w:r>
              <w:rPr>
                <w:b/>
                <w:color w:val="5B6975"/>
                <w:sz w:val="16"/>
              </w:rPr>
              <w:t>Related report / evidence reference(s)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36B9CD8E" w14:textId="77777777" w:rsidR="00637913" w:rsidRDefault="00637913">
      <w:pPr>
        <w:spacing w:after="0"/>
      </w:pPr>
    </w:p>
    <w:p w14:paraId="110F8FB7" w14:textId="77777777" w:rsidR="00637913" w:rsidRDefault="000C5919">
      <w:pPr>
        <w:spacing w:after="60"/>
      </w:pPr>
      <w:r>
        <w:rPr>
          <w:b/>
        </w:rPr>
        <w:t>Description of issue(s), relevant date(s), people and vehicle(s) (if applicable)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7F151F16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1D090BC4" w14:textId="77777777" w:rsidR="00637913" w:rsidRDefault="000C5919">
            <w:r>
              <w:t xml:space="preserve"> </w:t>
            </w:r>
          </w:p>
        </w:tc>
      </w:tr>
      <w:tr w:rsidR="00637913" w14:paraId="5D7AEEFE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68569ABB" w14:textId="77777777" w:rsidR="00637913" w:rsidRDefault="000C5919">
            <w:r>
              <w:t xml:space="preserve"> </w:t>
            </w:r>
          </w:p>
        </w:tc>
      </w:tr>
      <w:tr w:rsidR="00637913" w14:paraId="4821C0B1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502F782A" w14:textId="77777777" w:rsidR="00637913" w:rsidRDefault="000C5919">
            <w:r>
              <w:t xml:space="preserve"> </w:t>
            </w:r>
          </w:p>
        </w:tc>
      </w:tr>
    </w:tbl>
    <w:p w14:paraId="51EA338C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407B7ED2" w14:textId="77777777">
        <w:tc>
          <w:tcPr>
            <w:tcW w:w="10166" w:type="dxa"/>
            <w:shd w:val="clear" w:color="auto" w:fill="17324D"/>
          </w:tcPr>
          <w:p w14:paraId="20C85542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03   INVESTIGATION AND MANAGEMENT ASSESSMENT</w:t>
            </w:r>
          </w:p>
        </w:tc>
      </w:tr>
    </w:tbl>
    <w:p w14:paraId="5CBD20D1" w14:textId="77777777" w:rsidR="00637913" w:rsidRDefault="00637913">
      <w:pPr>
        <w:spacing w:after="0"/>
      </w:pPr>
    </w:p>
    <w:p w14:paraId="5EA0ECA8" w14:textId="77777777" w:rsidR="00637913" w:rsidRDefault="000C5919">
      <w:pPr>
        <w:spacing w:after="60"/>
      </w:pPr>
      <w:r>
        <w:rPr>
          <w:b/>
        </w:rPr>
        <w:t>Driver’s explanation of the issue(s) and any contributing circumstances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4E7FD3C4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5EA3D719" w14:textId="77777777" w:rsidR="00637913" w:rsidRDefault="000C5919">
            <w:r>
              <w:t xml:space="preserve"> </w:t>
            </w:r>
          </w:p>
        </w:tc>
      </w:tr>
      <w:tr w:rsidR="00637913" w14:paraId="2BE7D8B4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18EBDF72" w14:textId="77777777" w:rsidR="00637913" w:rsidRDefault="000C5919">
            <w:r>
              <w:t xml:space="preserve"> </w:t>
            </w:r>
          </w:p>
        </w:tc>
      </w:tr>
      <w:tr w:rsidR="00637913" w14:paraId="2C7FB232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78714562" w14:textId="77777777" w:rsidR="00637913" w:rsidRDefault="000C5919">
            <w:r>
              <w:t xml:space="preserve"> </w:t>
            </w:r>
          </w:p>
        </w:tc>
      </w:tr>
      <w:tr w:rsidR="00637913" w14:paraId="778A5BEF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39E3E9BA" w14:textId="77777777" w:rsidR="00637913" w:rsidRDefault="000C5919">
            <w:r>
              <w:t xml:space="preserve"> </w:t>
            </w:r>
          </w:p>
        </w:tc>
      </w:tr>
    </w:tbl>
    <w:p w14:paraId="11F5D816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155AA4D5" w14:textId="77777777">
        <w:tc>
          <w:tcPr>
            <w:tcW w:w="10166" w:type="dxa"/>
            <w:shd w:val="clear" w:color="auto" w:fill="17324D"/>
          </w:tcPr>
          <w:p w14:paraId="1F6F8C00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04   PREVENTIVE AND CORRECTIVE ACTION</w:t>
            </w:r>
          </w:p>
        </w:tc>
      </w:tr>
    </w:tbl>
    <w:p w14:paraId="51724822" w14:textId="77777777" w:rsidR="00637913" w:rsidRDefault="00637913">
      <w:pPr>
        <w:spacing w:after="0"/>
      </w:pPr>
    </w:p>
    <w:p w14:paraId="28462881" w14:textId="77777777" w:rsidR="00637913" w:rsidRDefault="000C5919">
      <w:pPr>
        <w:spacing w:after="60"/>
      </w:pPr>
      <w:r>
        <w:rPr>
          <w:b/>
        </w:rPr>
        <w:t>Management findings, evidence reviewed and any immediate safety or operational action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7C4D4B76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268CA2C6" w14:textId="77777777" w:rsidR="00637913" w:rsidRDefault="000C5919">
            <w:r>
              <w:t xml:space="preserve"> </w:t>
            </w:r>
          </w:p>
        </w:tc>
      </w:tr>
      <w:tr w:rsidR="00637913" w14:paraId="1EBA1742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3C54DD49" w14:textId="77777777" w:rsidR="00637913" w:rsidRDefault="000C5919">
            <w:r>
              <w:t xml:space="preserve"> </w:t>
            </w:r>
          </w:p>
        </w:tc>
      </w:tr>
      <w:tr w:rsidR="00637913" w14:paraId="7A2A2E6B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641AFB5E" w14:textId="77777777" w:rsidR="00637913" w:rsidRDefault="000C5919">
            <w:r>
              <w:t xml:space="preserve"> </w:t>
            </w:r>
          </w:p>
        </w:tc>
      </w:tr>
    </w:tbl>
    <w:p w14:paraId="3F43C6F1" w14:textId="77777777" w:rsidR="00637913" w:rsidRDefault="00637913">
      <w:pPr>
        <w:spacing w:after="0"/>
      </w:pPr>
    </w:p>
    <w:p w14:paraId="2633DFFF" w14:textId="77777777" w:rsidR="00637913" w:rsidRDefault="000C5919">
      <w:r>
        <w:br w:type="page"/>
      </w:r>
    </w:p>
    <w:p w14:paraId="2F250850" w14:textId="1A75854F" w:rsidR="00637913" w:rsidRDefault="000C5919">
      <w:r>
        <w:rPr>
          <w:b/>
          <w:sz w:val="24"/>
        </w:rPr>
        <w:lastRenderedPageBreak/>
        <w:t>TRANSPORT COMPLIANCE</w:t>
      </w:r>
      <w:r w:rsidR="00BB7D58">
        <w:rPr>
          <w:b/>
          <w:sz w:val="24"/>
        </w:rPr>
        <w:t xml:space="preserve"> DRIVER</w:t>
      </w:r>
      <w:r>
        <w:rPr>
          <w:b/>
          <w:sz w:val="24"/>
        </w:rPr>
        <w:t xml:space="preserve"> INTERVIEW/CONTINUED</w:t>
      </w:r>
    </w:p>
    <w:p w14:paraId="3ABCB443" w14:textId="77777777" w:rsidR="00637913" w:rsidRDefault="000C5919">
      <w:pPr>
        <w:spacing w:after="200"/>
      </w:pPr>
      <w:r>
        <w:rPr>
          <w:color w:val="5B6975"/>
          <w:sz w:val="17"/>
        </w:rPr>
        <w:t>Driver name: ______________________________     Interview reference: 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13413EC6" w14:textId="77777777">
        <w:tc>
          <w:tcPr>
            <w:tcW w:w="10166" w:type="dxa"/>
            <w:shd w:val="clear" w:color="auto" w:fill="17324D"/>
          </w:tcPr>
          <w:p w14:paraId="745C47F4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05   REVIEW AND ESCALATION</w:t>
            </w:r>
          </w:p>
        </w:tc>
      </w:tr>
    </w:tbl>
    <w:p w14:paraId="4911F165" w14:textId="77777777" w:rsidR="00637913" w:rsidRDefault="00637913">
      <w:pPr>
        <w:spacing w:after="0"/>
      </w:pPr>
    </w:p>
    <w:p w14:paraId="506683C3" w14:textId="37558071" w:rsidR="00637913" w:rsidRDefault="000C5919">
      <w:pPr>
        <w:spacing w:after="60"/>
      </w:pPr>
      <w:r>
        <w:rPr>
          <w:b/>
        </w:rPr>
        <w:t>What actions will the driver take? Include any instruction or training required.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432A1713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07D9A20A" w14:textId="77777777" w:rsidR="00637913" w:rsidRDefault="000C5919">
            <w:r>
              <w:t xml:space="preserve"> </w:t>
            </w:r>
          </w:p>
        </w:tc>
      </w:tr>
      <w:tr w:rsidR="00637913" w14:paraId="3BFF8751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40C40BA5" w14:textId="77777777" w:rsidR="00637913" w:rsidRDefault="000C5919">
            <w:r>
              <w:t xml:space="preserve"> </w:t>
            </w:r>
          </w:p>
        </w:tc>
      </w:tr>
    </w:tbl>
    <w:p w14:paraId="54F7081D" w14:textId="77777777" w:rsidR="00637913" w:rsidRDefault="00637913">
      <w:pPr>
        <w:spacing w:after="0"/>
      </w:pPr>
    </w:p>
    <w:p w14:paraId="23FF2AA3" w14:textId="77777777" w:rsidR="00637913" w:rsidRDefault="000C5919">
      <w:pPr>
        <w:spacing w:after="60"/>
      </w:pPr>
      <w:r>
        <w:rPr>
          <w:b/>
        </w:rPr>
        <w:t>What actions will the operator, transport manager or operations team take?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76E8E485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0F136A7D" w14:textId="77777777" w:rsidR="00637913" w:rsidRDefault="000C5919">
            <w:r>
              <w:t xml:space="preserve"> </w:t>
            </w:r>
          </w:p>
        </w:tc>
      </w:tr>
      <w:tr w:rsidR="00637913" w14:paraId="418C0638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5F93BB79" w14:textId="77777777" w:rsidR="00637913" w:rsidRDefault="000C5919">
            <w:r>
              <w:t xml:space="preserve"> </w:t>
            </w:r>
          </w:p>
        </w:tc>
      </w:tr>
    </w:tbl>
    <w:p w14:paraId="33D77673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3A96DBCC" w14:textId="77777777">
        <w:tc>
          <w:tcPr>
            <w:tcW w:w="10166" w:type="dxa"/>
            <w:shd w:val="clear" w:color="auto" w:fill="17324D"/>
          </w:tcPr>
          <w:p w14:paraId="6BE7E707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06   INTERVIEW ACKNOWLEDGEMENT</w:t>
            </w:r>
          </w:p>
        </w:tc>
      </w:tr>
    </w:tbl>
    <w:p w14:paraId="487AFC72" w14:textId="77777777" w:rsidR="00637913" w:rsidRDefault="00637913">
      <w:pPr>
        <w:spacing w:after="0"/>
      </w:pPr>
    </w:p>
    <w:p w14:paraId="31338B5D" w14:textId="55675A14" w:rsidR="00637913" w:rsidRDefault="000C5919">
      <w:r>
        <w:rPr>
          <w:sz w:val="17"/>
        </w:rPr>
        <w:t>☐  Review period:  ☐  1 month     ☐  3 months     ☐  Other: __________</w:t>
      </w:r>
      <w:r w:rsidR="001437E7">
        <w:rPr>
          <w:sz w:val="17"/>
        </w:rPr>
        <w:t>___________________</w:t>
      </w:r>
      <w:r>
        <w:rPr>
          <w:sz w:val="17"/>
        </w:rPr>
        <w:t xml:space="preserve">  (record reason below)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6C23C776" w14:textId="77777777">
        <w:tc>
          <w:tcPr>
            <w:tcW w:w="5083" w:type="dxa"/>
            <w:shd w:val="clear" w:color="auto" w:fill="EAF1F4"/>
          </w:tcPr>
          <w:p w14:paraId="2176427B" w14:textId="3FB3DA23" w:rsidR="00637913" w:rsidRDefault="000C5919">
            <w:r>
              <w:rPr>
                <w:b/>
                <w:color w:val="5B6975"/>
                <w:sz w:val="16"/>
              </w:rPr>
              <w:t>Person responsible for ensuring action is completed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50E13E67" w14:textId="71C4374B" w:rsidR="00637913" w:rsidRDefault="000C5919">
            <w:r>
              <w:rPr>
                <w:b/>
                <w:color w:val="5B6975"/>
                <w:sz w:val="16"/>
              </w:rPr>
              <w:t>Target review date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33A7F619" w14:textId="77777777" w:rsidR="00637913" w:rsidRDefault="00637913">
      <w:pPr>
        <w:spacing w:after="0"/>
      </w:pPr>
    </w:p>
    <w:p w14:paraId="4D98FD37" w14:textId="77777777" w:rsidR="00637913" w:rsidRDefault="000C5919">
      <w:pPr>
        <w:spacing w:after="60"/>
      </w:pPr>
      <w:r>
        <w:rPr>
          <w:b/>
        </w:rPr>
        <w:t>Proposed response if a similar issue recurs (assess circumstances and apply company procedure)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366966FD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0137028C" w14:textId="77777777" w:rsidR="00637913" w:rsidRDefault="000C5919">
            <w:r>
              <w:t xml:space="preserve"> </w:t>
            </w:r>
          </w:p>
        </w:tc>
      </w:tr>
      <w:tr w:rsidR="00637913" w14:paraId="25D58FD5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04A0BF3F" w14:textId="77777777" w:rsidR="00637913" w:rsidRDefault="000C5919">
            <w:r>
              <w:t xml:space="preserve"> </w:t>
            </w:r>
          </w:p>
        </w:tc>
      </w:tr>
    </w:tbl>
    <w:p w14:paraId="0CFB9DD9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476FEF54" w14:textId="77777777">
        <w:tc>
          <w:tcPr>
            <w:tcW w:w="10166" w:type="dxa"/>
            <w:shd w:val="clear" w:color="auto" w:fill="17324D"/>
          </w:tcPr>
          <w:p w14:paraId="2BE33B8A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07   FOLLOW-UP MONITORING AND OUTCOME</w:t>
            </w:r>
          </w:p>
        </w:tc>
      </w:tr>
    </w:tbl>
    <w:p w14:paraId="2C3D4D52" w14:textId="77777777" w:rsidR="00637913" w:rsidRDefault="00637913">
      <w:pPr>
        <w:spacing w:after="0"/>
      </w:pPr>
    </w:p>
    <w:p w14:paraId="46CC1A88" w14:textId="77777777" w:rsidR="00637913" w:rsidRDefault="000C5919">
      <w:pPr>
        <w:spacing w:after="100"/>
      </w:pPr>
      <w:r>
        <w:rPr>
          <w:color w:val="5B6975"/>
          <w:sz w:val="16"/>
        </w:rPr>
        <w:t>Signatures confirm that the discussion took place and that the recorded actions were communicated. A driver may record disagreement without refusing acknowledgement.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76E1CD10" w14:textId="77777777">
        <w:tc>
          <w:tcPr>
            <w:tcW w:w="5083" w:type="dxa"/>
            <w:shd w:val="clear" w:color="auto" w:fill="EAF1F4"/>
          </w:tcPr>
          <w:p w14:paraId="1F22A1C9" w14:textId="78F790A5" w:rsidR="00637913" w:rsidRDefault="000C5919">
            <w:r>
              <w:rPr>
                <w:b/>
                <w:color w:val="5B6975"/>
                <w:sz w:val="16"/>
              </w:rPr>
              <w:t>Driver signature / date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0EA54F59" w14:textId="4C7512E9" w:rsidR="00637913" w:rsidRDefault="000C5919">
            <w:r>
              <w:rPr>
                <w:b/>
                <w:color w:val="5B6975"/>
                <w:sz w:val="16"/>
              </w:rPr>
              <w:t>Interviewer signature / date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4F84E6CF" w14:textId="77777777" w:rsidR="00637913" w:rsidRDefault="00637913">
      <w:pPr>
        <w:spacing w:after="0"/>
      </w:pPr>
    </w:p>
    <w:p w14:paraId="389760C0" w14:textId="77777777" w:rsidR="00637913" w:rsidRDefault="000C5919">
      <w:pPr>
        <w:spacing w:after="60"/>
      </w:pPr>
      <w:r>
        <w:rPr>
          <w:b/>
        </w:rPr>
        <w:t>Driver comments or disagreement (if any)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7793B5A7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22677F84" w14:textId="77777777" w:rsidR="00637913" w:rsidRDefault="000C5919">
            <w:r>
              <w:t xml:space="preserve"> </w:t>
            </w:r>
          </w:p>
        </w:tc>
      </w:tr>
    </w:tbl>
    <w:p w14:paraId="78ACCB8A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66"/>
      </w:tblGrid>
      <w:tr w:rsidR="00637913" w14:paraId="3AE862AF" w14:textId="77777777">
        <w:tc>
          <w:tcPr>
            <w:tcW w:w="10166" w:type="dxa"/>
            <w:shd w:val="clear" w:color="auto" w:fill="17324D"/>
          </w:tcPr>
          <w:p w14:paraId="18096159" w14:textId="77777777" w:rsidR="00637913" w:rsidRDefault="000C5919">
            <w:pPr>
              <w:spacing w:after="0"/>
            </w:pPr>
            <w:r>
              <w:rPr>
                <w:b/>
                <w:color w:val="FFFFFF"/>
              </w:rPr>
              <w:t>08   CLOSURE AND DOCUMENT CONTROL</w:t>
            </w:r>
          </w:p>
        </w:tc>
      </w:tr>
    </w:tbl>
    <w:p w14:paraId="001E94C4" w14:textId="77777777" w:rsidR="00637913" w:rsidRDefault="00637913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913" w14:paraId="778C6A58" w14:textId="77777777">
        <w:tc>
          <w:tcPr>
            <w:tcW w:w="5083" w:type="dxa"/>
            <w:shd w:val="clear" w:color="auto" w:fill="EAF1F4"/>
          </w:tcPr>
          <w:p w14:paraId="303DD7BB" w14:textId="0F8A3C7F" w:rsidR="00637913" w:rsidRDefault="000C5919">
            <w:r>
              <w:rPr>
                <w:b/>
                <w:color w:val="5B6975"/>
                <w:sz w:val="16"/>
              </w:rPr>
              <w:t>Actual review date</w:t>
            </w:r>
            <w:r>
              <w:rPr>
                <w:b/>
                <w:color w:val="5B6975"/>
                <w:sz w:val="16"/>
              </w:rPr>
              <w:br/>
            </w:r>
          </w:p>
        </w:tc>
        <w:tc>
          <w:tcPr>
            <w:tcW w:w="5083" w:type="dxa"/>
            <w:shd w:val="clear" w:color="auto" w:fill="EAF1F4"/>
          </w:tcPr>
          <w:p w14:paraId="4F89E113" w14:textId="2D1938B5" w:rsidR="00637913" w:rsidRDefault="000C5919">
            <w:r>
              <w:rPr>
                <w:b/>
                <w:color w:val="5B6975"/>
                <w:sz w:val="16"/>
              </w:rPr>
              <w:t>Reviewed by / position</w:t>
            </w:r>
            <w:r>
              <w:rPr>
                <w:b/>
                <w:color w:val="5B6975"/>
                <w:sz w:val="16"/>
              </w:rPr>
              <w:br/>
            </w:r>
          </w:p>
        </w:tc>
      </w:tr>
    </w:tbl>
    <w:p w14:paraId="60D8A701" w14:textId="77777777" w:rsidR="00637913" w:rsidRDefault="00637913">
      <w:pPr>
        <w:spacing w:after="0"/>
      </w:pPr>
    </w:p>
    <w:p w14:paraId="728BC713" w14:textId="77777777" w:rsidR="00637913" w:rsidRDefault="000C5919">
      <w:r>
        <w:rPr>
          <w:sz w:val="17"/>
        </w:rPr>
        <w:t>☐  Outcome:  ☐  No recurrence     ☐  Further concern identified     ☐  Review ongoing</w:t>
      </w:r>
    </w:p>
    <w:p w14:paraId="77610B73" w14:textId="77777777" w:rsidR="00637913" w:rsidRDefault="000C5919">
      <w:pPr>
        <w:spacing w:after="60"/>
      </w:pPr>
      <w:r>
        <w:rPr>
          <w:b/>
        </w:rPr>
        <w:t>Evidence reviewed, further action taken / planned, and closure decision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637913" w14:paraId="076E7EDD" w14:textId="77777777">
        <w:trPr>
          <w:trHeight w:val="288"/>
        </w:trPr>
        <w:tc>
          <w:tcPr>
            <w:tcW w:w="10166" w:type="dxa"/>
            <w:tcBorders>
              <w:bottom w:val="single" w:sz="0" w:space="0" w:color="C9D5DC"/>
            </w:tcBorders>
          </w:tcPr>
          <w:p w14:paraId="61013C2D" w14:textId="77777777" w:rsidR="00637913" w:rsidRDefault="000C5919">
            <w:r>
              <w:t xml:space="preserve"> </w:t>
            </w:r>
          </w:p>
        </w:tc>
      </w:tr>
    </w:tbl>
    <w:p w14:paraId="3505A912" w14:textId="77777777" w:rsidR="00637913" w:rsidRDefault="00637913">
      <w:pPr>
        <w:spacing w:after="0"/>
      </w:pPr>
    </w:p>
    <w:p w14:paraId="3533E7A3" w14:textId="1EDE98E2" w:rsidR="00637913" w:rsidRDefault="000C5919">
      <w:pPr>
        <w:spacing w:after="0"/>
      </w:pPr>
      <w:r>
        <w:rPr>
          <w:sz w:val="17"/>
        </w:rPr>
        <w:t>Closed / escalated by: ________________________</w:t>
      </w:r>
      <w:r w:rsidR="001437E7">
        <w:rPr>
          <w:sz w:val="17"/>
        </w:rPr>
        <w:t>____________________</w:t>
      </w:r>
      <w:r>
        <w:rPr>
          <w:sz w:val="17"/>
        </w:rPr>
        <w:t xml:space="preserve">   Date: _____________</w:t>
      </w:r>
      <w:r w:rsidR="001437E7">
        <w:rPr>
          <w:sz w:val="17"/>
        </w:rPr>
        <w:t>______________</w:t>
      </w:r>
      <w:r>
        <w:rPr>
          <w:sz w:val="17"/>
        </w:rPr>
        <w:t>_</w:t>
      </w:r>
    </w:p>
    <w:sectPr w:rsidR="00637913" w:rsidSect="00034616">
      <w:footerReference w:type="default" r:id="rId8"/>
      <w:pgSz w:w="12240" w:h="15840"/>
      <w:pgMar w:top="619" w:right="1037" w:bottom="61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501F7" w14:textId="77777777" w:rsidR="00585FCA" w:rsidRDefault="00585FCA">
      <w:pPr>
        <w:spacing w:after="0" w:line="240" w:lineRule="auto"/>
      </w:pPr>
      <w:r>
        <w:separator/>
      </w:r>
    </w:p>
  </w:endnote>
  <w:endnote w:type="continuationSeparator" w:id="0">
    <w:p w14:paraId="259D53E2" w14:textId="77777777" w:rsidR="00585FCA" w:rsidRDefault="0058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EAC22" w14:textId="37416FDE" w:rsidR="00637913" w:rsidRDefault="000C5919">
    <w:pPr>
      <w:pStyle w:val="Footer"/>
      <w:jc w:val="right"/>
    </w:pPr>
    <w:r>
      <w:rPr>
        <w:color w:val="5B6975"/>
        <w:sz w:val="14"/>
      </w:rPr>
      <w:t xml:space="preserve">INTERNAL COMPLIANCE RECORD </w:t>
    </w:r>
    <w:r w:rsidR="001437E7">
      <w:rPr>
        <w:color w:val="5B6975"/>
        <w:sz w:val="14"/>
      </w:rPr>
      <w:t>V3 2026</w:t>
    </w:r>
    <w:r>
      <w:rPr>
        <w:color w:val="5B6975"/>
        <w:sz w:val="14"/>
      </w:rPr>
      <w:t xml:space="preserve">• </w:t>
    </w:r>
    <w:r w:rsidR="001437E7">
      <w:rPr>
        <w:color w:val="5B6975"/>
        <w:sz w:val="14"/>
      </w:rPr>
      <w:t>Controlled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04DCA" w14:textId="77777777" w:rsidR="00585FCA" w:rsidRDefault="00585FCA">
      <w:pPr>
        <w:spacing w:after="0" w:line="240" w:lineRule="auto"/>
      </w:pPr>
      <w:r>
        <w:separator/>
      </w:r>
    </w:p>
  </w:footnote>
  <w:footnote w:type="continuationSeparator" w:id="0">
    <w:p w14:paraId="7F379F2F" w14:textId="77777777" w:rsidR="00585FCA" w:rsidRDefault="00585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587991">
    <w:abstractNumId w:val="8"/>
  </w:num>
  <w:num w:numId="2" w16cid:durableId="1409495623">
    <w:abstractNumId w:val="6"/>
  </w:num>
  <w:num w:numId="3" w16cid:durableId="983508433">
    <w:abstractNumId w:val="5"/>
  </w:num>
  <w:num w:numId="4" w16cid:durableId="1276984581">
    <w:abstractNumId w:val="4"/>
  </w:num>
  <w:num w:numId="5" w16cid:durableId="1162740594">
    <w:abstractNumId w:val="7"/>
  </w:num>
  <w:num w:numId="6" w16cid:durableId="1669940516">
    <w:abstractNumId w:val="3"/>
  </w:num>
  <w:num w:numId="7" w16cid:durableId="1547645173">
    <w:abstractNumId w:val="2"/>
  </w:num>
  <w:num w:numId="8" w16cid:durableId="1806577423">
    <w:abstractNumId w:val="1"/>
  </w:num>
  <w:num w:numId="9" w16cid:durableId="114831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919"/>
    <w:rsid w:val="001437E7"/>
    <w:rsid w:val="0015074B"/>
    <w:rsid w:val="0018524E"/>
    <w:rsid w:val="0029639D"/>
    <w:rsid w:val="00326F90"/>
    <w:rsid w:val="004D78FD"/>
    <w:rsid w:val="00585FCA"/>
    <w:rsid w:val="00637913"/>
    <w:rsid w:val="00645503"/>
    <w:rsid w:val="00737484"/>
    <w:rsid w:val="00831150"/>
    <w:rsid w:val="00A87745"/>
    <w:rsid w:val="00AA1D8D"/>
    <w:rsid w:val="00B47730"/>
    <w:rsid w:val="00BB7D58"/>
    <w:rsid w:val="00C61DA9"/>
    <w:rsid w:val="00CB0664"/>
    <w:rsid w:val="00E71E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5D2302"/>
  <w14:defaultImageDpi w14:val="300"/>
  <w15:docId w15:val="{A260DE40-72A5-4E07-BC79-0B83ED6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17324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pd@pauldyde.co.uk</dc:creator>
  <cp:keywords/>
  <dc:description/>
  <cp:lastModifiedBy>Paul Dyde</cp:lastModifiedBy>
  <cp:revision>5</cp:revision>
  <dcterms:created xsi:type="dcterms:W3CDTF">2026-11-01T15:47:00Z</dcterms:created>
  <dcterms:modified xsi:type="dcterms:W3CDTF">2026-11-01T16:05:00Z</dcterms:modified>
  <cp:category/>
</cp:coreProperties>
</file>