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338E8" w14:textId="77777777" w:rsidR="00224B7C" w:rsidRDefault="0092229A">
      <w:pPr>
        <w:spacing w:after="100"/>
      </w:pPr>
      <w:r>
        <w:rPr>
          <w:b/>
          <w:color w:val="087E85"/>
        </w:rPr>
        <w:t>TRANSPORT COMPLIANCE  /  FLEET MANAGEMENT</w:t>
      </w:r>
    </w:p>
    <w:p w14:paraId="62AAFF69" w14:textId="77777777" w:rsidR="00224B7C" w:rsidRDefault="0092229A">
      <w:pPr>
        <w:spacing w:after="40"/>
      </w:pPr>
      <w:r>
        <w:rPr>
          <w:b/>
          <w:sz w:val="40"/>
        </w:rPr>
        <w:t>Vehicle Off Road (VOR)</w:t>
      </w:r>
    </w:p>
    <w:p w14:paraId="551544E5" w14:textId="77777777" w:rsidR="00224B7C" w:rsidRDefault="0092229A">
      <w:pPr>
        <w:spacing w:after="260"/>
      </w:pPr>
      <w:r>
        <w:rPr>
          <w:color w:val="60717D"/>
        </w:rPr>
        <w:t>Vehicle withdrawal • Safety inspection checks • Return to service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24B7C" w14:paraId="683608C2" w14:textId="77777777">
        <w:tc>
          <w:tcPr>
            <w:tcW w:w="5040" w:type="dxa"/>
            <w:shd w:val="clear" w:color="auto" w:fill="183348"/>
            <w:vAlign w:val="center"/>
          </w:tcPr>
          <w:p w14:paraId="2C00F8A8" w14:textId="77777777" w:rsidR="00224B7C" w:rsidRDefault="0092229A">
            <w:pPr>
              <w:spacing w:after="0"/>
            </w:pPr>
            <w:r>
              <w:rPr>
                <w:b/>
                <w:color w:val="FFFFFF"/>
              </w:rPr>
              <w:t>01</w:t>
            </w:r>
          </w:p>
        </w:tc>
        <w:tc>
          <w:tcPr>
            <w:tcW w:w="5040" w:type="dxa"/>
            <w:shd w:val="clear" w:color="auto" w:fill="183348"/>
            <w:vAlign w:val="center"/>
          </w:tcPr>
          <w:p w14:paraId="3C501B59" w14:textId="77777777" w:rsidR="00224B7C" w:rsidRDefault="0092229A">
            <w:pPr>
              <w:spacing w:after="0"/>
            </w:pPr>
            <w:r>
              <w:rPr>
                <w:b/>
                <w:color w:val="FFFFFF"/>
              </w:rPr>
              <w:t>VEHICLE TAKEN OFF ROAD</w:t>
            </w:r>
          </w:p>
        </w:tc>
      </w:tr>
    </w:tbl>
    <w:p w14:paraId="7BFAFC19" w14:textId="77777777" w:rsidR="00224B7C" w:rsidRDefault="00224B7C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224B7C" w14:paraId="08728821" w14:textId="77777777">
        <w:tc>
          <w:tcPr>
            <w:tcW w:w="3360" w:type="dxa"/>
            <w:shd w:val="clear" w:color="auto" w:fill="EDF5F5"/>
          </w:tcPr>
          <w:p w14:paraId="66A6546C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VEHICLE REGISTRATION</w:t>
            </w:r>
          </w:p>
          <w:p w14:paraId="1601B17E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5A02E4B8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DATE TAKEN OFF ROAD</w:t>
            </w:r>
          </w:p>
          <w:p w14:paraId="3C0D5EA8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67F51783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ODOMETER READING (KM)</w:t>
            </w:r>
          </w:p>
          <w:p w14:paraId="4093FD8B" w14:textId="77777777" w:rsidR="00224B7C" w:rsidRDefault="0092229A">
            <w:pPr>
              <w:spacing w:after="200"/>
            </w:pPr>
            <w:r>
              <w:t xml:space="preserve"> </w:t>
            </w:r>
          </w:p>
        </w:tc>
      </w:tr>
    </w:tbl>
    <w:p w14:paraId="2CDD0A2B" w14:textId="77777777" w:rsidR="00224B7C" w:rsidRDefault="00224B7C">
      <w:pPr>
        <w:spacing w:after="0"/>
      </w:pPr>
    </w:p>
    <w:p w14:paraId="1FF2299E" w14:textId="7EE2E6A2" w:rsidR="00224B7C" w:rsidRDefault="0092229A" w:rsidP="00C5622B">
      <w:pPr>
        <w:spacing w:after="40"/>
        <w:rPr>
          <w:color w:val="60717D"/>
          <w:sz w:val="16"/>
        </w:rPr>
      </w:pPr>
      <w:r>
        <w:rPr>
          <w:b/>
        </w:rPr>
        <w:t>Reason vehicle taken off road</w:t>
      </w:r>
    </w:p>
    <w:p w14:paraId="3F20BFEF" w14:textId="77777777" w:rsidR="00C5622B" w:rsidRDefault="00C5622B" w:rsidP="00C5622B">
      <w:pPr>
        <w:spacing w:after="40"/>
        <w:rPr>
          <w:color w:val="60717D"/>
          <w:sz w:val="16"/>
        </w:rPr>
      </w:pPr>
    </w:p>
    <w:p w14:paraId="756F916A" w14:textId="77777777" w:rsidR="00C5622B" w:rsidRDefault="00C5622B" w:rsidP="00C5622B">
      <w:pPr>
        <w:spacing w:after="40"/>
        <w:rPr>
          <w:color w:val="60717D"/>
          <w:sz w:val="16"/>
        </w:rPr>
      </w:pPr>
    </w:p>
    <w:p w14:paraId="00FA5DBB" w14:textId="77777777" w:rsidR="00C5622B" w:rsidRDefault="00C5622B" w:rsidP="00C5622B">
      <w:pPr>
        <w:spacing w:after="40"/>
        <w:rPr>
          <w:color w:val="60717D"/>
          <w:sz w:val="16"/>
        </w:rPr>
      </w:pPr>
    </w:p>
    <w:p w14:paraId="0365DEA4" w14:textId="77777777" w:rsidR="00C5622B" w:rsidRDefault="00C5622B" w:rsidP="00C5622B">
      <w:pPr>
        <w:spacing w:after="40"/>
        <w:rPr>
          <w:color w:val="60717D"/>
          <w:sz w:val="16"/>
        </w:rPr>
      </w:pPr>
    </w:p>
    <w:p w14:paraId="00124A33" w14:textId="77777777" w:rsidR="00C5622B" w:rsidRDefault="00C5622B" w:rsidP="00C5622B">
      <w:pPr>
        <w:spacing w:after="4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224B7C" w14:paraId="633F3097" w14:textId="77777777">
        <w:tc>
          <w:tcPr>
            <w:tcW w:w="3360" w:type="dxa"/>
            <w:shd w:val="clear" w:color="auto" w:fill="EDF5F5"/>
          </w:tcPr>
          <w:p w14:paraId="2833504A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AUTHORISED BY / SIGNATURE</w:t>
            </w:r>
          </w:p>
          <w:p w14:paraId="539C0212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2308488E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PRINT NAME</w:t>
            </w:r>
          </w:p>
          <w:p w14:paraId="0FD4252A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58A26ADD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DATE</w:t>
            </w:r>
          </w:p>
          <w:p w14:paraId="69EA795F" w14:textId="77777777" w:rsidR="00224B7C" w:rsidRDefault="0092229A">
            <w:pPr>
              <w:spacing w:after="200"/>
            </w:pPr>
            <w:r>
              <w:t xml:space="preserve"> </w:t>
            </w:r>
          </w:p>
        </w:tc>
      </w:tr>
    </w:tbl>
    <w:p w14:paraId="0A37ED19" w14:textId="77777777" w:rsidR="00224B7C" w:rsidRDefault="00224B7C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24B7C" w14:paraId="6ADFE790" w14:textId="77777777">
        <w:tc>
          <w:tcPr>
            <w:tcW w:w="5040" w:type="dxa"/>
            <w:shd w:val="clear" w:color="auto" w:fill="183348"/>
            <w:vAlign w:val="center"/>
          </w:tcPr>
          <w:p w14:paraId="1E8F7C33" w14:textId="77777777" w:rsidR="00224B7C" w:rsidRDefault="0092229A">
            <w:pPr>
              <w:spacing w:after="0"/>
            </w:pPr>
            <w:r>
              <w:rPr>
                <w:b/>
                <w:color w:val="FFFFFF"/>
              </w:rPr>
              <w:t>02</w:t>
            </w:r>
          </w:p>
        </w:tc>
        <w:tc>
          <w:tcPr>
            <w:tcW w:w="5040" w:type="dxa"/>
            <w:shd w:val="clear" w:color="auto" w:fill="183348"/>
            <w:vAlign w:val="center"/>
          </w:tcPr>
          <w:p w14:paraId="019C7923" w14:textId="77777777" w:rsidR="00224B7C" w:rsidRDefault="0092229A">
            <w:pPr>
              <w:spacing w:after="0"/>
            </w:pPr>
            <w:r>
              <w:rPr>
                <w:b/>
                <w:color w:val="FFFFFF"/>
              </w:rPr>
              <w:t>RETURN TO SERVICE — SAFETY INSPECTION</w:t>
            </w:r>
          </w:p>
        </w:tc>
      </w:tr>
    </w:tbl>
    <w:p w14:paraId="2AC373D4" w14:textId="77777777" w:rsidR="00224B7C" w:rsidRDefault="00224B7C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224B7C" w14:paraId="3AE32AF4" w14:textId="77777777">
        <w:tc>
          <w:tcPr>
            <w:tcW w:w="3360" w:type="dxa"/>
            <w:shd w:val="clear" w:color="auto" w:fill="EDF5F5"/>
          </w:tcPr>
          <w:p w14:paraId="273F5C6A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DATE OF LAST SAFETY INSPECTION (SI)</w:t>
            </w:r>
          </w:p>
          <w:p w14:paraId="44C92487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738B1699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WEEKS SINCE LAST SI</w:t>
            </w:r>
          </w:p>
          <w:p w14:paraId="39EED754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1AC79326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AGREED SI INTERVAL (WEEKS)</w:t>
            </w:r>
          </w:p>
          <w:p w14:paraId="7564E647" w14:textId="77777777" w:rsidR="00224B7C" w:rsidRDefault="0092229A">
            <w:pPr>
              <w:spacing w:after="200"/>
            </w:pPr>
            <w:r>
              <w:t xml:space="preserve"> </w:t>
            </w:r>
          </w:p>
        </w:tc>
      </w:tr>
    </w:tbl>
    <w:p w14:paraId="37F3A18A" w14:textId="77777777" w:rsidR="00224B7C" w:rsidRDefault="00224B7C">
      <w:pPr>
        <w:spacing w:after="0"/>
      </w:pPr>
    </w:p>
    <w:p w14:paraId="18890F3D" w14:textId="77777777" w:rsidR="00224B7C" w:rsidRDefault="0092229A">
      <w:pPr>
        <w:spacing w:after="120"/>
      </w:pPr>
      <w:r>
        <w:rPr>
          <w:b/>
        </w:rPr>
        <w:t>Safety inspection required before return?   ☐ Yes     ☐ No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24B7C" w14:paraId="0CD439B6" w14:textId="77777777">
        <w:tc>
          <w:tcPr>
            <w:tcW w:w="5040" w:type="dxa"/>
            <w:shd w:val="clear" w:color="auto" w:fill="EDF5F5"/>
          </w:tcPr>
          <w:p w14:paraId="5D1A6469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IF YES, DATE SI COMPLETED</w:t>
            </w:r>
          </w:p>
          <w:p w14:paraId="588AF466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5040" w:type="dxa"/>
            <w:shd w:val="clear" w:color="auto" w:fill="EDF5F5"/>
          </w:tcPr>
          <w:p w14:paraId="65CEC83E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SI RECORD / REFERENCE</w:t>
            </w:r>
          </w:p>
          <w:p w14:paraId="48E4CE89" w14:textId="77777777" w:rsidR="00224B7C" w:rsidRDefault="0092229A">
            <w:pPr>
              <w:spacing w:after="200"/>
            </w:pPr>
            <w:r>
              <w:t xml:space="preserve"> </w:t>
            </w:r>
          </w:p>
        </w:tc>
      </w:tr>
    </w:tbl>
    <w:p w14:paraId="44B6A9B9" w14:textId="77777777" w:rsidR="00224B7C" w:rsidRDefault="00224B7C">
      <w:pPr>
        <w:spacing w:after="0"/>
      </w:pPr>
    </w:p>
    <w:p w14:paraId="2E99F74C" w14:textId="77777777" w:rsidR="00224B7C" w:rsidRDefault="0092229A">
      <w:pPr>
        <w:spacing w:after="60"/>
      </w:pPr>
      <w:r>
        <w:rPr>
          <w:b/>
          <w:color w:val="087E85"/>
          <w:sz w:val="16"/>
        </w:rPr>
        <w:t>IMPORTANT — SAFETY INSPECTION REQUIREMENT</w:t>
      </w:r>
    </w:p>
    <w:p w14:paraId="63B0F753" w14:textId="77777777" w:rsidR="00224B7C" w:rsidRDefault="0092229A">
      <w:pPr>
        <w:spacing w:after="200"/>
      </w:pPr>
      <w:r>
        <w:rPr>
          <w:sz w:val="16"/>
        </w:rPr>
        <w:t>Check the date of the last Safety Inspection before returning the vehicle to service. If the agreed inspection interval has been exceeded, a Safety Inspection must be completed and any defects repaired before the vehicle is used. Failure to do so may breach operator licence undertakings and put the operator’s licence at risk.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24B7C" w14:paraId="040C3ACF" w14:textId="77777777">
        <w:tc>
          <w:tcPr>
            <w:tcW w:w="5040" w:type="dxa"/>
            <w:shd w:val="clear" w:color="auto" w:fill="183348"/>
            <w:vAlign w:val="center"/>
          </w:tcPr>
          <w:p w14:paraId="170D0764" w14:textId="77777777" w:rsidR="00224B7C" w:rsidRDefault="0092229A">
            <w:pPr>
              <w:spacing w:after="0"/>
            </w:pPr>
            <w:r>
              <w:rPr>
                <w:b/>
                <w:color w:val="FFFFFF"/>
              </w:rPr>
              <w:t>03</w:t>
            </w:r>
          </w:p>
        </w:tc>
        <w:tc>
          <w:tcPr>
            <w:tcW w:w="5040" w:type="dxa"/>
            <w:shd w:val="clear" w:color="auto" w:fill="183348"/>
            <w:vAlign w:val="center"/>
          </w:tcPr>
          <w:p w14:paraId="69E151CE" w14:textId="77777777" w:rsidR="00224B7C" w:rsidRDefault="0092229A">
            <w:pPr>
              <w:spacing w:after="0"/>
            </w:pPr>
            <w:r>
              <w:rPr>
                <w:b/>
                <w:color w:val="FFFFFF"/>
              </w:rPr>
              <w:t>VEHICLE RETURNED TO SERVICE</w:t>
            </w:r>
          </w:p>
        </w:tc>
      </w:tr>
    </w:tbl>
    <w:p w14:paraId="6438CB0C" w14:textId="77777777" w:rsidR="00224B7C" w:rsidRDefault="00224B7C">
      <w:pPr>
        <w:spacing w:after="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0"/>
        <w:gridCol w:w="5040"/>
      </w:tblGrid>
      <w:tr w:rsidR="00224B7C" w14:paraId="4FE8C57A" w14:textId="77777777">
        <w:tc>
          <w:tcPr>
            <w:tcW w:w="5040" w:type="dxa"/>
            <w:shd w:val="clear" w:color="auto" w:fill="EDF5F5"/>
          </w:tcPr>
          <w:p w14:paraId="71D27FDF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DATE RETURNED TO SERVICE</w:t>
            </w:r>
          </w:p>
          <w:p w14:paraId="33807929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5040" w:type="dxa"/>
            <w:shd w:val="clear" w:color="auto" w:fill="EDF5F5"/>
          </w:tcPr>
          <w:p w14:paraId="62B4EA24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ODOMETER READING (KM)</w:t>
            </w:r>
          </w:p>
          <w:p w14:paraId="51875586" w14:textId="77777777" w:rsidR="00224B7C" w:rsidRDefault="0092229A">
            <w:pPr>
              <w:spacing w:after="200"/>
            </w:pPr>
            <w:r>
              <w:t xml:space="preserve"> </w:t>
            </w:r>
          </w:p>
        </w:tc>
      </w:tr>
    </w:tbl>
    <w:p w14:paraId="2FECC452" w14:textId="77777777" w:rsidR="00224B7C" w:rsidRDefault="00224B7C">
      <w:pPr>
        <w:spacing w:after="0"/>
      </w:pPr>
    </w:p>
    <w:p w14:paraId="29343FF4" w14:textId="77777777" w:rsidR="00224B7C" w:rsidRDefault="0092229A">
      <w:pPr>
        <w:spacing w:after="40"/>
      </w:pPr>
      <w:r>
        <w:rPr>
          <w:b/>
        </w:rPr>
        <w:t>If the odometer reading differs from the VOR reading, explain why</w:t>
      </w:r>
    </w:p>
    <w:p w14:paraId="3BD381D6" w14:textId="58B53EF2" w:rsidR="00224B7C" w:rsidRDefault="00224B7C">
      <w:pPr>
        <w:spacing w:after="20"/>
        <w:rPr>
          <w:color w:val="60717D"/>
          <w:sz w:val="16"/>
        </w:rPr>
      </w:pPr>
    </w:p>
    <w:p w14:paraId="01D82F15" w14:textId="77777777" w:rsidR="00C5622B" w:rsidRDefault="00C5622B">
      <w:pPr>
        <w:spacing w:after="20"/>
        <w:rPr>
          <w:color w:val="60717D"/>
          <w:sz w:val="16"/>
        </w:rPr>
      </w:pPr>
    </w:p>
    <w:p w14:paraId="6AC5DEF8" w14:textId="77777777" w:rsidR="00C5622B" w:rsidRDefault="00C5622B">
      <w:pPr>
        <w:spacing w:after="20"/>
        <w:rPr>
          <w:color w:val="60717D"/>
          <w:sz w:val="16"/>
        </w:rPr>
      </w:pPr>
    </w:p>
    <w:p w14:paraId="7850A210" w14:textId="77777777" w:rsidR="00C5622B" w:rsidRDefault="00C5622B">
      <w:pPr>
        <w:spacing w:after="20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w:rsidR="00224B7C" w14:paraId="0B62DDB9" w14:textId="77777777">
        <w:tc>
          <w:tcPr>
            <w:tcW w:w="3360" w:type="dxa"/>
            <w:shd w:val="clear" w:color="auto" w:fill="EDF5F5"/>
          </w:tcPr>
          <w:p w14:paraId="3C28B9AC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AUTHORISED BY / SIGNATURE</w:t>
            </w:r>
          </w:p>
          <w:p w14:paraId="0167C78A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055EBAA0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PRINT NAME</w:t>
            </w:r>
          </w:p>
          <w:p w14:paraId="1E2A362A" w14:textId="77777777" w:rsidR="00224B7C" w:rsidRDefault="0092229A">
            <w:pPr>
              <w:spacing w:after="200"/>
            </w:pPr>
            <w:r>
              <w:t xml:space="preserve"> </w:t>
            </w:r>
          </w:p>
        </w:tc>
        <w:tc>
          <w:tcPr>
            <w:tcW w:w="3360" w:type="dxa"/>
            <w:shd w:val="clear" w:color="auto" w:fill="EDF5F5"/>
          </w:tcPr>
          <w:p w14:paraId="546CA468" w14:textId="77777777" w:rsidR="00224B7C" w:rsidRDefault="0092229A">
            <w:pPr>
              <w:spacing w:after="40"/>
            </w:pPr>
            <w:r>
              <w:rPr>
                <w:b/>
                <w:color w:val="087E85"/>
                <w:sz w:val="14"/>
              </w:rPr>
              <w:t>DATE</w:t>
            </w:r>
          </w:p>
          <w:p w14:paraId="66EC1EB4" w14:textId="77777777" w:rsidR="00224B7C" w:rsidRDefault="0092229A">
            <w:pPr>
              <w:spacing w:after="200"/>
            </w:pPr>
            <w:r>
              <w:t xml:space="preserve"> </w:t>
            </w:r>
          </w:p>
        </w:tc>
      </w:tr>
    </w:tbl>
    <w:p w14:paraId="6AE0BF1F" w14:textId="77777777" w:rsidR="00224B7C" w:rsidRDefault="00224B7C">
      <w:pPr>
        <w:spacing w:after="0"/>
      </w:pPr>
    </w:p>
    <w:p w14:paraId="15CC89F7" w14:textId="77777777" w:rsidR="00C5622B" w:rsidRDefault="00C5622B">
      <w:pPr>
        <w:spacing w:after="40"/>
        <w:rPr>
          <w:b/>
          <w:color w:val="087E85"/>
          <w:sz w:val="16"/>
        </w:rPr>
      </w:pPr>
    </w:p>
    <w:p w14:paraId="4B10FBF3" w14:textId="486640B0" w:rsidR="00224B7C" w:rsidRDefault="0092229A">
      <w:pPr>
        <w:spacing w:after="40"/>
      </w:pPr>
      <w:r>
        <w:rPr>
          <w:b/>
          <w:color w:val="087E85"/>
          <w:sz w:val="16"/>
        </w:rPr>
        <w:t>RECORD CONTROL</w:t>
      </w:r>
    </w:p>
    <w:p w14:paraId="659E847F" w14:textId="208CC74B" w:rsidR="00224B7C" w:rsidRDefault="0092229A" w:rsidP="00C5622B">
      <w:pPr>
        <w:tabs>
          <w:tab w:val="right" w:pos="10080"/>
        </w:tabs>
        <w:spacing w:after="0"/>
      </w:pPr>
      <w:r>
        <w:rPr>
          <w:color w:val="60717D"/>
          <w:sz w:val="16"/>
        </w:rPr>
        <w:t>Retain this form in the vehicle file between safety inspections to explain any gap in the safety inspection history.</w:t>
      </w:r>
      <w:r w:rsidR="00C5622B">
        <w:rPr>
          <w:color w:val="60717D"/>
          <w:sz w:val="16"/>
        </w:rPr>
        <w:tab/>
      </w:r>
    </w:p>
    <w:sectPr w:rsidR="00224B7C" w:rsidSect="00034616">
      <w:footerReference w:type="default" r:id="rId8"/>
      <w:pgSz w:w="12240" w:h="15840"/>
      <w:pgMar w:top="936" w:right="1080" w:bottom="864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CCB53" w14:textId="77777777" w:rsidR="006463F6" w:rsidRDefault="006463F6">
      <w:pPr>
        <w:spacing w:after="0" w:line="240" w:lineRule="auto"/>
      </w:pPr>
      <w:r>
        <w:separator/>
      </w:r>
    </w:p>
  </w:endnote>
  <w:endnote w:type="continuationSeparator" w:id="0">
    <w:p w14:paraId="3D3C6CCB" w14:textId="77777777" w:rsidR="006463F6" w:rsidRDefault="00646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18570" w14:textId="6B228240" w:rsidR="00224B7C" w:rsidRDefault="0092229A">
    <w:pPr>
      <w:pStyle w:val="Footer"/>
      <w:jc w:val="right"/>
    </w:pPr>
    <w:r>
      <w:rPr>
        <w:color w:val="60717D"/>
        <w:sz w:val="16"/>
      </w:rPr>
      <w:t>Controlled Document • Vehicle Off Road (VOR)</w:t>
    </w:r>
    <w:r w:rsidR="00C5622B">
      <w:rPr>
        <w:color w:val="60717D"/>
        <w:sz w:val="16"/>
      </w:rPr>
      <w:t xml:space="preserve"> V3 </w:t>
    </w:r>
    <w:proofErr w:type="gramStart"/>
    <w:r w:rsidR="00C5622B">
      <w:rPr>
        <w:color w:val="60717D"/>
        <w:sz w:val="16"/>
      </w:rPr>
      <w:t>2026</w:t>
    </w:r>
    <w:r>
      <w:rPr>
        <w:color w:val="60717D"/>
        <w:sz w:val="16"/>
      </w:rPr>
      <w:t xml:space="preserve">  |</w:t>
    </w:r>
    <w:proofErr w:type="gramEnd"/>
    <w:r>
      <w:rPr>
        <w:color w:val="60717D"/>
        <w:sz w:val="16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EA44D" w14:textId="77777777" w:rsidR="006463F6" w:rsidRDefault="006463F6">
      <w:pPr>
        <w:spacing w:after="0" w:line="240" w:lineRule="auto"/>
      </w:pPr>
      <w:r>
        <w:separator/>
      </w:r>
    </w:p>
  </w:footnote>
  <w:footnote w:type="continuationSeparator" w:id="0">
    <w:p w14:paraId="078F1154" w14:textId="77777777" w:rsidR="006463F6" w:rsidRDefault="006463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4159117">
    <w:abstractNumId w:val="8"/>
  </w:num>
  <w:num w:numId="2" w16cid:durableId="1646273820">
    <w:abstractNumId w:val="6"/>
  </w:num>
  <w:num w:numId="3" w16cid:durableId="346058564">
    <w:abstractNumId w:val="5"/>
  </w:num>
  <w:num w:numId="4" w16cid:durableId="801310032">
    <w:abstractNumId w:val="4"/>
  </w:num>
  <w:num w:numId="5" w16cid:durableId="1991639527">
    <w:abstractNumId w:val="7"/>
  </w:num>
  <w:num w:numId="6" w16cid:durableId="453016787">
    <w:abstractNumId w:val="3"/>
  </w:num>
  <w:num w:numId="7" w16cid:durableId="1959944889">
    <w:abstractNumId w:val="2"/>
  </w:num>
  <w:num w:numId="8" w16cid:durableId="1320309240">
    <w:abstractNumId w:val="1"/>
  </w:num>
  <w:num w:numId="9" w16cid:durableId="1084450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8F"/>
    <w:rsid w:val="00127550"/>
    <w:rsid w:val="0015074B"/>
    <w:rsid w:val="00224B7C"/>
    <w:rsid w:val="0029639D"/>
    <w:rsid w:val="002D677D"/>
    <w:rsid w:val="00326F90"/>
    <w:rsid w:val="005B45B2"/>
    <w:rsid w:val="006463F6"/>
    <w:rsid w:val="006F3016"/>
    <w:rsid w:val="007845EF"/>
    <w:rsid w:val="0092229A"/>
    <w:rsid w:val="00AA1D8D"/>
    <w:rsid w:val="00B47730"/>
    <w:rsid w:val="00B74D0E"/>
    <w:rsid w:val="00C5622B"/>
    <w:rsid w:val="00CB0664"/>
    <w:rsid w:val="00D40093"/>
    <w:rsid w:val="00FC041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38F027"/>
  <w14:defaultImageDpi w14:val="300"/>
  <w15:docId w15:val="{64A706B8-BDC2-47BB-9BF7-237FEC582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83348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pd@pauldyde.co.uk</dc:creator>
  <cp:keywords/>
  <dc:description/>
  <cp:lastModifiedBy>Paul Dyde</cp:lastModifiedBy>
  <cp:revision>5</cp:revision>
  <dcterms:created xsi:type="dcterms:W3CDTF">2026-11-01T16:01:00Z</dcterms:created>
  <dcterms:modified xsi:type="dcterms:W3CDTF">2026-11-01T16:05:00Z</dcterms:modified>
  <cp:category/>
</cp:coreProperties>
</file>